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824"/>
        <w:gridCol w:w="1814"/>
      </w:tblGrid>
      <w:tr>
        <w:tc>
          <w:tcPr>
            <w:tcW w:type="dxa" w:w="782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before="0" w:after="6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16"/>
              </w:rPr>
              <w:t>PRESS KIT  /  BIOGRAFIJA NASTOPAJOČEGA</w:t>
            </w:r>
          </w:p>
          <w:p>
            <w:pPr>
              <w:spacing w:before="0" w:after="20" w:line="228" w:lineRule="auto"/>
            </w:pPr>
            <w:r>
              <w:rPr>
                <w:rFonts w:ascii="Helvetica LT Std Black" w:hAnsi="Helvetica LT Std Black"/>
                <w:b/>
                <w:i w:val="0"/>
                <w:color w:val="191919"/>
                <w:sz w:val="54"/>
              </w:rPr>
              <w:t>Miha Firšt</w:t>
            </w:r>
          </w:p>
          <w:p>
            <w:pPr>
              <w:spacing w:before="0" w:after="0" w:line="240" w:lineRule="auto"/>
            </w:pPr>
            <w:r>
              <w:rPr>
                <w:rFonts w:ascii="Helvetica Neue Condensed Bold" w:hAnsi="Helvetica Neue Condensed Bold"/>
                <w:b/>
                <w:i w:val="0"/>
                <w:color w:val="E11F26"/>
                <w:sz w:val="20"/>
              </w:rPr>
              <w:t>KONTRABASIST, IGRALEC IN PRODUCENT</w:t>
            </w:r>
          </w:p>
        </w:tc>
        <w:tc>
          <w:tcPr>
            <w:tcW w:type="dxa" w:w="1814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116000" cy="110716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DK_naslov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0" cy="11071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40" w:after="240"/>
        <w:pBdr>
          <w:bottom w:val="single" w:sz="10" w:space="1" w:color="E11F26"/>
        </w:pBdr>
      </w:pPr>
    </w:p>
    <w:p>
      <w:pPr>
        <w:spacing w:before="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BIOGRAFIJA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Miha Firšt je študiral na glasbenih akademijah v Ljubljani, Gradcu in Zagrebu. Je solokontrabasist orkestra Camerata Sinfonica Austria ter član več koncertno aktivnih komornih zasedb, med njimi Tria Firšt, Salzmusique, Projekta 212 in Ljubljanskih solistov. Sodeluje v opernih produkcijah Slovenskega komornega glasbenega gledališča, na festivalih in z orkestri v Sloveniji in tujini. V letih 2016–2019 je bil vodja kontrabasov Salzburške filharmonije. Leta 2019 je prejel nagrado Celjske zvezde za izjemne dosežke na področju kulture.</w:t>
      </w:r>
    </w:p>
    <w:p>
      <w:pPr>
        <w:spacing w:before="60" w:after="10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8"/>
        </w:rPr>
        <w:t>VLOGA V PREDSTAVI</w:t>
      </w:r>
    </w:p>
    <w:p>
      <w:pPr>
        <w:spacing w:before="0" w:after="180" w:line="281" w:lineRule="auto"/>
      </w:pPr>
      <w:r>
        <w:rPr>
          <w:rFonts w:ascii="Helvetica Neue Condensed Bold" w:hAnsi="Helvetica Neue Condensed Bold"/>
          <w:b w:val="0"/>
          <w:i w:val="0"/>
          <w:color w:val="191919"/>
          <w:sz w:val="21"/>
        </w:rPr>
        <w:t>Na gledališkem odru je debitiral z vlogo v predstavi Ljubezen za 17,50 dolarja, pozneje je premierno odigral monodramo Kontrabas in nastopil v avtorski monodrami Komedija o artu. Je producent glasbeno-scenskih predstav ter izvršni producent muzikala Veronika Deseniška. Pri predstavi Seks, droge &amp; klasika nastopa, sodeluje pri produkciji in je njen producent.</w:t>
      </w:r>
    </w:p>
    <w:p>
      <w:pPr>
        <w:spacing w:before="140" w:after="0" w:line="240" w:lineRule="auto"/>
      </w:pPr>
      <w:r>
        <w:rPr>
          <w:rFonts w:ascii="Helvetica Neue Condensed Bold" w:hAnsi="Helvetica Neue Condensed Bold"/>
          <w:b/>
          <w:i w:val="0"/>
          <w:color w:val="E11F26"/>
          <w:sz w:val="16"/>
        </w:rPr>
        <w:t>VIRI</w:t>
      </w:r>
    </w:p>
    <w:p>
      <w:pPr>
        <w:spacing w:before="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https://triofirst.com/miha-first/</w:t>
        <w:br/>
      </w: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https://seksdrogeklasika.com/</w:t>
      </w:r>
    </w:p>
    <w:p>
      <w:pPr>
        <w:spacing w:before="200" w:after="0" w:line="240" w:lineRule="auto"/>
      </w:pPr>
      <w:r>
        <w:rPr>
          <w:rFonts w:ascii="Helvetica Neue Condensed Bold" w:hAnsi="Helvetica Neue Condensed Bold"/>
          <w:b w:val="0"/>
          <w:i w:val="0"/>
          <w:color w:val="555555"/>
          <w:sz w:val="15"/>
        </w:rPr>
        <w:t>Projekt: Seks, droge &amp; klasika  |  Premiera: 2. oktober 2026, Narodni dom Celje</w:t>
      </w:r>
    </w:p>
    <w:sectPr w:rsidR="00FC693F" w:rsidRPr="0006063C" w:rsidSect="00034616">
      <w:footerReference w:type="default" r:id="rId9"/>
      <w:pgSz w:w="11906" w:h="16838"/>
      <w:pgMar w:top="1020" w:right="1134" w:bottom="907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Helvetica Neue Condensed Bold" w:hAnsi="Helvetica Neue Condensed Bold"/>
        <w:b w:val="0"/>
        <w:i w:val="0"/>
        <w:color w:val="555555"/>
        <w:sz w:val="15"/>
      </w:rPr>
      <w:t>SEKS, DROGE &amp; KLASIKA  /  PRESS KIT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 w:line="281" w:lineRule="auto"/>
    </w:pPr>
    <w:rPr>
      <w:rFonts w:ascii="Helvetica Neue Condensed Bold" w:hAnsi="Helvetica Neue Condensed Bold"/>
      <w:color w:val="1919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Miha Firšt - biografija</dc:title>
  <dc:subject>Press kit - biografija nastopajočega</dc:subject>
  <dc:creator>Trio Firšt / Glasbeno društvo FFF</dc:creator>
  <cp:keywords>Seks, droge &amp; klasika; press kit; biografija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