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line="240" w:lineRule="auto"/>
      </w:pPr>
      <w:r>
        <w:rPr>
          <w:rFonts w:ascii="Helvetica Neue Condensed Bold" w:hAnsi="Helvetica Neue Condensed Bold"/>
          <w:b/>
          <w:color w:val="E11F26"/>
          <w:sz w:val="16"/>
        </w:rPr>
        <w:t>PRESS KIT  /  FACT SHEET IN SINOPSIS</w:t>
      </w:r>
    </w:p>
    <w:p>
      <w:pPr>
        <w:spacing w:before="0" w:after="20" w:line="228" w:lineRule="auto"/>
      </w:pPr>
      <w:r>
        <w:rPr>
          <w:rFonts w:ascii="Helvetica LT Std Black" w:hAnsi="Helvetica LT Std Black"/>
          <w:b/>
          <w:color w:val="191919"/>
          <w:sz w:val="56"/>
        </w:rPr>
        <w:t>Sinopsisa predstave</w:t>
      </w:r>
    </w:p>
    <w:p>
      <w:pPr>
        <w:spacing w:before="0" w:after="0" w:line="240" w:lineRule="auto"/>
      </w:pPr>
      <w:r>
        <w:rPr>
          <w:rFonts w:ascii="Helvetica Neue Condensed Bold" w:hAnsi="Helvetica Neue Condensed Bold"/>
          <w:b/>
          <w:color w:val="E11F26"/>
          <w:sz w:val="20"/>
        </w:rPr>
        <w:t>50 in 150 besedna verzija za medijske objave</w:t>
      </w:r>
    </w:p>
    <w:p>
      <w:pPr>
        <w:spacing w:before="40" w:after="280" w:line="240" w:lineRule="auto"/>
        <w:pBdr>
          <w:bottom w:val="single" w:sz="10" w:space="1" w:color="E11F26"/>
        </w:pBdr>
      </w:pPr>
    </w:p>
    <w:p>
      <w:pPr>
        <w:spacing w:before="160" w:after="80" w:line="240" w:lineRule="auto"/>
      </w:pPr>
      <w:r>
        <w:rPr>
          <w:rFonts w:ascii="Helvetica Neue Condensed Bold" w:hAnsi="Helvetica Neue Condensed Bold"/>
          <w:b/>
          <w:color w:val="E11F26"/>
          <w:sz w:val="18"/>
        </w:rPr>
        <w:t>KRATKA VERZIJA  /  50 BESED</w:t>
      </w:r>
    </w:p>
    <w:p>
      <w:pPr>
        <w:spacing w:before="0" w:after="200" w:line="293" w:lineRule="auto"/>
      </w:pPr>
      <w:r>
        <w:rPr>
          <w:rFonts w:ascii="Helvetica Neue Condensed Bold" w:hAnsi="Helvetica Neue Condensed Bold"/>
          <w:b w:val="0"/>
          <w:color w:val="191919"/>
          <w:sz w:val="22"/>
        </w:rPr>
        <w:t>Seks, droge &amp; klasika je nova slovenska glasbena komedija ustvarjalcev muzikala Veronika Deseniška. Z živo glasbo, udarnimi songi in drznim gledališkim humorjem si predstavlja, kako bi Mozart, Beethoven, Liszt in Chopin živeli danes. Resnične zgodbe o slavi, ljubezni, dolgovih in obsesijah klasične genije na odru pokažejo kot povsem običajne ljudi.</w:t>
      </w:r>
    </w:p>
    <w:p>
      <w:pPr>
        <w:spacing w:before="0" w:after="200" w:line="240" w:lineRule="auto"/>
      </w:pPr>
      <w:r>
        <w:rPr>
          <w:rFonts w:ascii="Helvetica Neue Condensed Bold" w:hAnsi="Helvetica Neue Condensed Bold"/>
          <w:b w:val="0"/>
          <w:color w:val="555555"/>
          <w:sz w:val="16"/>
        </w:rPr>
        <w:t>Uporaba: koledarji, napovedniki, kratke spletne objave in predstavitve v programih.</w:t>
      </w:r>
    </w:p>
    <w:p>
      <w:pPr>
        <w:spacing w:before="160" w:after="80" w:line="240" w:lineRule="auto"/>
      </w:pPr>
      <w:r>
        <w:rPr>
          <w:rFonts w:ascii="Helvetica Neue Condensed Bold" w:hAnsi="Helvetica Neue Condensed Bold"/>
          <w:b/>
          <w:color w:val="E11F26"/>
          <w:sz w:val="18"/>
        </w:rPr>
        <w:t>DALJŠA VERZIJA  /  150 BESED</w:t>
      </w:r>
    </w:p>
    <w:p>
      <w:pPr>
        <w:spacing w:before="0" w:after="200" w:line="293" w:lineRule="auto"/>
      </w:pPr>
      <w:r>
        <w:rPr>
          <w:rFonts w:ascii="Helvetica Neue Condensed Bold" w:hAnsi="Helvetica Neue Condensed Bold"/>
          <w:b w:val="0"/>
          <w:color w:val="191919"/>
          <w:sz w:val="22"/>
        </w:rPr>
        <w:t>Bi Mozart danes osvajal lestvice, bi Beethoven postal spletni fenomen in bi Chopin izumil situationship? Nova slovenska glasbena komedija Seks, droge &amp; klasika ustvarjalcev muzikala Veronika Deseniška velike skladatelje preseli v sodobni čas. Z živo glasbo, udarnimi songi in drznim gledališkim humorjem razkriva njihove resnične biografije: slavo, ljubezenske zaplete, dolgove, oholost, razvade in ustvarjalne obsesije. Predstava ne zasmehuje klasične glasbe, temveč odstranjuje muzejsko distanco. Za romantičnim mitom o razsvetljenem geniju pokaže običajnega človeka, ob njem pa glasbo, ki je preživela stoletja. Na odru nastopajo Gaja Sorč ter Leon, Miha in Peter Firšt. Premiera bo 2. oktobra 2026 v Narodnem domu Celje, nato pa bo predstava gostovala po Sloveniji. Režijo podpisuje Eva Stražar, glasbo Leon Firšt, scenarij pa soustvarjata Janez Usenik in Miha Firšt. Celjska premiera je začetek jesenskih gostovanj po večjih slovenskih krajih. Projekt utrjuje Celje kot ustvarjalno središče izvirne glasbeno-gledališke produkcije in odpira klasično glasbo novim poslušalcem v Sloveniji.</w:t>
      </w:r>
    </w:p>
    <w:sectPr w:rsidR="00FC693F" w:rsidRPr="0006063C" w:rsidSect="00034616">
      <w:footerReference w:type="default" r:id="rId9"/>
      <w:pgSz w:w="11906" w:h="16838"/>
      <w:pgMar w:top="1020" w:right="1134" w:bottom="907"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pPr>
    <w:r>
      <w:rPr>
        <w:rFonts w:ascii="Helvetica Neue Condensed Bold" w:hAnsi="Helvetica Neue Condensed Bold"/>
        <w:b w:val="0"/>
        <w:color w:val="555555"/>
        <w:sz w:val="15"/>
      </w:rPr>
      <w:t>SEKS, DROGE &amp; KLASIKA  /  PRESS KIT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200" w:line="293" w:lineRule="auto"/>
    </w:pPr>
    <w:rPr>
      <w:rFonts w:ascii="Helvetica Neue Condensed Bold" w:hAnsi="Helvetica Neue Condensed Bold"/>
      <w:color w:val="191919"/>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Seks, droge &amp; klasika - sinopsisa 50 in 150 besed</dc:title>
  <dc:subject>Press kit - sinopsis predstave</dc:subject>
  <dc:creator>Trio Firšt / Glasbeno društvo FFF</dc:creator>
  <cp:keywords>Seks, droge &amp; klasika; sinopsis; press kit</cp:keywords>
  <dc:description>generated by python-docx</dc:description>
  <cp:lastModifiedBy/>
  <cp:revision>1</cp:revision>
  <dcterms:created xsi:type="dcterms:W3CDTF">2013-12-23T23:15:00Z</dcterms:created>
  <dcterms:modified xsi:type="dcterms:W3CDTF">2013-12-23T23:15:00Z</dcterms:modified>
  <cp:category/>
</cp:coreProperties>
</file>